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5A38B"/>
          <w:sz w:val="56"/>
        </w:rPr>
        <w:t>INVOICE</w:t>
      </w:r>
    </w:p>
    <w:p>
      <w:r>
        <w:rPr>
          <w:b/>
        </w:rPr>
        <w:t>[Your Company Name]</w:t>
        <w:br/>
      </w:r>
      <w:r>
        <w:t>[Street address, Sector, District]</w:t>
        <w:br/>
        <w:t>Kigali, Rwanda</w:t>
        <w:br/>
        <w:t>TIN: [TIN number]</w:t>
        <w:br/>
        <w:t>[email]  ·  [phone]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Invoice number</w:t>
            </w:r>
          </w:p>
        </w:tc>
        <w:tc>
          <w:tcPr>
            <w:tcW w:type="dxa" w:w="4968"/>
          </w:tcPr>
          <w:p>
            <w:r>
              <w:t>[INV-0001]</w:t>
            </w:r>
          </w:p>
        </w:tc>
      </w:tr>
      <w:tr>
        <w:tc>
          <w:tcPr>
            <w:tcW w:type="dxa" w:w="4968"/>
          </w:tcPr>
          <w:p>
            <w:r>
              <w:t>Invoice date</w:t>
            </w:r>
          </w:p>
        </w:tc>
        <w:tc>
          <w:tcPr>
            <w:tcW w:type="dxa" w:w="4968"/>
          </w:tcPr>
          <w:p>
            <w:r>
              <w:t>[DD/MM/YYYY]</w:t>
            </w:r>
          </w:p>
        </w:tc>
      </w:tr>
      <w:tr>
        <w:tc>
          <w:tcPr>
            <w:tcW w:type="dxa" w:w="4968"/>
          </w:tcPr>
          <w:p>
            <w:r>
              <w:t>Payment due</w:t>
            </w:r>
          </w:p>
        </w:tc>
        <w:tc>
          <w:tcPr>
            <w:tcW w:type="dxa" w:w="4968"/>
          </w:tcPr>
          <w:p>
            <w:r>
              <w:t>[DD/MM/YYYY]</w:t>
            </w:r>
          </w:p>
        </w:tc>
      </w:tr>
    </w:tbl>
    <w:p/>
    <w:p>
      <w:r>
        <w:rPr>
          <w:b/>
        </w:rPr>
        <w:t>Bill to</w:t>
        <w:br/>
      </w:r>
      <w:r>
        <w:t>[Client name]</w:t>
        <w:br/>
        <w:t>[Client address]</w:t>
        <w:br/>
        <w:t>TIN: [Client TIN]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987"/>
          </w:tcPr>
          <w:p>
            <w:r>
              <w:rPr>
                <w:b/>
              </w:rPr>
              <w:t>Qty</w:t>
            </w:r>
          </w:p>
        </w:tc>
        <w:tc>
          <w:tcPr>
            <w:tcW w:type="dxa" w:w="1987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1987"/>
          </w:tcPr>
          <w:p>
            <w:r>
              <w:rPr>
                <w:b/>
              </w:rPr>
              <w:t>VAT %</w:t>
            </w:r>
          </w:p>
        </w:tc>
        <w:tc>
          <w:tcPr>
            <w:tcW w:type="dxa" w:w="1987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VAT (18%)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Total due (RWF)</w:t>
            </w:r>
          </w:p>
        </w:tc>
        <w:tc>
          <w:tcPr>
            <w:tcW w:type="dxa" w:w="4968"/>
          </w:tcPr>
          <w:p>
            <w:r/>
          </w:p>
        </w:tc>
      </w:tr>
    </w:tbl>
    <w:p/>
    <w:p>
      <w:r>
        <w:rPr>
          <w:b/>
        </w:rPr>
        <w:t>Payment details</w:t>
        <w:br/>
      </w:r>
      <w:r>
        <w:t>Bank: [bank name]   Account: [account number]   Account name: [name]</w:t>
        <w:br/>
        <w:br/>
      </w:r>
      <w:r>
        <w:rPr>
          <w:i/>
        </w:rPr>
        <w:t>Thank you for your business.</w:t>
      </w:r>
    </w:p>
    <w:p>
      <w:pPr>
        <w:jc w:val="center"/>
      </w:pPr>
      <w:r>
        <w:rPr>
          <w:sz w:val="16"/>
        </w:rPr>
        <w:t>Template provided by ACR-Online Accounting Services Ltd · accountants.co.rw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